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12: המספר הגדול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המספר הגדול: בונים מהגדול לקטן: אלפים ← מאות ← עשרות ← יחידות, ו־ו׳ החיבור לפני החלק האחרון: שלוש מאות ארבעים וחמישה.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https://shem-hamispar-mesima.sites.tab.bot/mesima-12.html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12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המסך עלה! אביב סופר את הקהל ואת הכסף, ומכין את לוח התוצאות. עכשיו צריך לבנות במילים מספרים גדולים – וגם את האפס.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במילים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שלוש מאות ארבעים וחמישה   2) אפס נקודות   3) אלף מאתיים וחמישים שקלים   4) עשרים ואחת תלמידות   5) אלפיים עשרים ושש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0 נקודות =  אפס נקודות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לוח התוצאות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🧮 משימה 12: המספר הגדול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בנו כל מספר במילים: הקישו על הכרטיסים לפי הסדר הנכון. יש כרטיסים מיותרים!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כותבים במילים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המספר במילים (מהגדול לקטן, ו׳ החיבור לפני החלק האחרון).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בונים מהגדול לקטן: אלפים ← מאות ← עשרות ← יחידות, ו־ו׳ החיבור לפני החלק האחרון: שלוש מאות ארבעים וחמישה. היחידות מתאימות במין לשם העצם: עשרים ואחת תלמידות, עשרים ואחד תלמידים. "אפס" – אותו דבר בזכר ובנקבה, ובא לפני שם העצם ברבים: אפס נקודות, אפס בלונים.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345 צופים ←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0 נקודות בתחילת המשחק ←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1,250 שקלים ←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21 תלמידות ←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שנת 2026 ← 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345 צופים = שלוש מאות ארבעים וחמישה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0 נקודות =  אפס נקודה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21 תלמידות = עשרים ואחת תלמידות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לוח התוצאות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במילים 3 מספרים גדולים מהחיים (מספר תלמידי השכבה, מחיר של משהו, השנה הנוכחית).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12: המספר הגדול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