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חוברת המשימה – כל 12 המשימות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חזרה מסכמת על שם המספר: מין, 1–2, 3–10, 11–19, מאות ואלפים, סמיכות, סודר, תאריך/שעה/מחיר וטעויות נפוצות.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חוברת סיכום לכל המצגת. מתאימה לסיום היחידה או כמבדק קצר.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לחלק את החלקים בין קבוצות ולבדוק יחד.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זכר או נקבה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זכר: כיסא, כרטיס, שיר   נקבה: במה, מנורה, עוגה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מספרים 3–10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ד – שלושה   2) א – שלוש   3) ב – חמישה   4) ג – 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אחד, שני ושתי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אחד   2) שתי   3) שני   4)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11–19, מאות ואלפים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ב – אחד עשר שירים   2) ב – שתים עשרה רקדניות   3) ב – שלושה עשר תלמידים   4) ב – חמש עשרה דקות   5) ב – מאתיים שקלים   6) ב – שלוש מאות שקלים   7) א – אלפיים שקלים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סמיכות וסודר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שלושת   2) שתי   3) חמשת   4) ארבע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תאריך, שעה, מחיר וטעויות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בשעה שבע   3) לא נכון – נכון: שני שקלים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ז׳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הזמנה לערב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לפחות 5 מספרים כתובים נכון במילים; התאמה במין; סמיכות לפני שם מיודע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🎈 חוברת המשימה – כל 12 המשימות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סיימתם את 12 המשימות של ערב הכישרונות? הנה חוברת הסיכום של צוות ההפקה.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שלושה / שלוש  |  חמישה / חמש  |  שני / שתי  |  שלושת  |  מנחה אחד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זכר או נקבה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את המין קובעים לפי צורת היחיד – לא לפי הרבים! שולחן ← שולחנות, חלון ← חלונות, מקום ← מקומות – כולם זכר. דלת – נקבה, גם בלי ה׳ בסוף. טיפ: בודקים עם "אחד/אחת": שולחן אחד, דלת אחת.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במה  |  שיר  |  עוגה  |  מנורה  |  כרטיס  |  כיסא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זכר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נקבה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מספרים 3–10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מספר לשלט.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במספרים 3–10: עם שם עצם בזכר – המספר מסתיים ב־ה: שלושה כיסאות, חמישה שולחנות. עם שם עצם בנקבה – בלי ה: שלוש מנורות, חמש עוגות. זה נראה "הפוך", אז זוכרים: זכר + ה׳! (8 – "שמונה" – זהה בשניהם.)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שלוש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 מנורות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חמישה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 שולחנות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חמש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 עוגות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שלושה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אחד, שני ושתי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קיבלתי כרטיס ________ בלבד.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שמרו לנו ________ שורות באולם.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על הבמה עמדו ________ מיקרופונים.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נשארה רק להקה ________ לחזרה.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11–19, מאות ואלפים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הנכון.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11 שירים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אחד עשרה שירים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אחד עשר שירים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12 רקדניות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שתים עשר רקדניות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שתים עשרה רקדניות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13 תלמידים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שלושה עשרה תלמידים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שלושה עשר תלמידים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15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חמש עשר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חמש עשרה דקות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100 ₪ + 100 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שתי מאות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מאתיים שקלים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100 ₪ + 100 ₪ + 100 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שלושה מאות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שלוש מאות שקלים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7. 1000 ₪ + 1000 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אלפיים שקלים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שני אלפים שקלים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סמיכות וסודר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השלימו.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הזוכים יעלו לבמה. (3)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________ הקבוצות קיבלו תעודה. (2)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________ השירים הראשונים היו מרגשים. (5)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________ השופטות ישבו בשורה הראשונה. (4)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תאריך, שעה, מחיר וטעויות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ותקנו.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בחמישה בדצמבר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בשעה שבעה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שתיים שקלים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שלוש מאות כיסאות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ז׳ – הזמנה לערב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הזמנה לערב הכישרונות (5–6 שורות) עם תאריך, שעה, מחיר כרטיס, מספר להקות ו"שלושת הזוכים" – כל המספרים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הכלל הכי שימושי בעיניי: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טעות שאני כבר לא אעשה: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המשימה – כל 12 המשימות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