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חוברת המשימה – כל 12 המשימות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מסכמת על שם המספר: מין, 1–2, 3–10, 11–19, מאות ואלפים, סמיכות, סודר, תאריך/שעה/מחיר וטעויות נפוצות.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חוברת סיכום לכל המצגת. מתאימה לסיום היחידה או כמבדק קצר.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לחלק את החלקים בין קבוצות ולבדוק יחד.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 או נקבה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זכר: כיסא, כרטיס, שולחן, חלון, שיר, מקום   נקבה: במה, מנורה, להקה, דלת, תמונה, עוגה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מספרים 3–10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ו – שלושה   2) ח – שלוש   3) ז – חמישה   4) ד – חמש   5) ג – שבעה   6) ב – שבע   7) א – עשרה   8) ה 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אחד, שני ושתי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  2) שתי   3) שני   4) אחת   5) שניים   6) שתיים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11–19, מאות ואלפים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אחד עשר שירים   2) ב – שתים עשרה רקדניות   3) ב – שלושה עשר תלמידים   4) ב – חמש עשרה דקות   5) ב – ארבעה עשר כיסאות   6) ב – שמונה עשרה שורות   7) ג – מאתיים שקלים   8) ג – שלוש מאות שקלים   9) א – אלפיים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סמיכות וסודר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שלושת   2) שתי   3) חמשת   4) ארבע   5) עשרת   6) שני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תאריך, שעה, מחיר וטעויות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בשעה שבע   3) לא נכון – נכון: שני שקלים   4) נכון   5) לא נכון – נכון: מנחה אחד   6)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ז׳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הזמנה לערב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לפחות 5 מספרים כתובים נכון במילים; התאמה במין; סמיכות לפני שם מיודע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🎈 חוברת המשימה – כל 12 המשימות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סיימתם את 12 המשימות של ערב הכישרונות? הנה חוברת הסיכום של צוות ההפקה.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זכר או נקבה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כרטיס  |  תמונה  |  שיר  |  מנורה  |  עוגה  |  שולחן  |  חלון  |  מקום  |  להקה  |  במה  |  כיסא  |  דלת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זכר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מספרים 3–10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מספר לשלט.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מנורות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שבע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שולחנות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שבעה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עוגות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חמש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שירים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עשר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שלושה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חלונות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חמישה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דלתות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שלוש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אחד, שני ושתי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קיבלתי כרטיס ________ בלבד.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שמרו לנו ________ 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על הבמה עמדו ________ מיקרופונים.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נשארה רק להקה ________ לחזרה.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– כמה כרטיסים קניתם? – 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– כמה שורות שמרו? – 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11–19, מאות ואלפים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הנכון.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11 שירים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 עשרה שירים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אחד עשר שירים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12 רקדניות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שתים עשר רקדניות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שתים עשרה רקדניות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13 תלמידים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עשרה תלמידים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שלושה עשר תלמידים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15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 עשר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 עשרה דקות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14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ארבעה עשרה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ארבעה עשר כיסאות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18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שמונה עשר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שמונה עשרה שורות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100 ₪ + 100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שתי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מאתיים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100 ₪ + 100 ₪ + 100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שלושת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שלוש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1000 ₪ + 1000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אלפיים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שתיים אלף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שני אלפים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סמיכות וסודר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הזוכים יעלו לבמה.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________ הקבוצות קיבלו תעודה.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________ השירים הראשונים היו מרגשים. (5)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________ השופטות ישבו בשורה הראשונה. (4)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________ הכרטיסים האחרונים נמכרו. (10)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________ המנחים עלו יחד לבמה. (2)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תאריך, שעה, מחיר וטעויות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ותקנו.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בחמישה בדצמבר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בשעה שבעה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עשרה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ז׳ – הזמנה לערב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הזמנה לערב הכישרונות (5–6 שורות) עם תאריך, שעה, מחיר כרטיס, מספר להקות ו"שלושת הזוכים" – כל המספרים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הכלל הכי שימושי בעיניי: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טעות שאני כבר לא אעשה: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המשימה – כל 12 המשימות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